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1316 Bozeman Avenue — TIF Application</w:t>
      </w:r>
    </w:p>
    <w:p>
      <w:r>
        <w:rPr>
          <w:i/>
        </w:rPr>
        <w:t>Railroad Urban Renewal District · City of Helena · Tax Increment Financing</w:t>
      </w:r>
    </w:p>
    <w:p>
      <w:r>
        <w:rPr>
          <w:sz w:val="18"/>
        </w:rPr>
        <w:t>City form pages 4–10 · restated Aug 23 from Diane · due Friday, August 28 · [NEED] = still waiting</w:t>
      </w:r>
    </w:p>
    <w:p>
      <w:r>
        <w:rPr>
          <w:b/>
        </w:rPr>
        <w:t>The application — one document, two parts: the project narratives (Diane’s file of August 20, with her corrections of August 23) and the City’s form, section by section.</w:t>
      </w:r>
    </w:p>
    <w:p>
      <w:r>
        <w:t>This is the actual City form , filled in section by section. Restated August 23 from Diane. This page is the City form. Diane asked that the story not live on the form. Full reading copy: Bring the light back . Railroad District (RURD) only — downtown HURD is not this application. Filing is Friday, August 28 . Diane meets Ellie Monday morning. Still open: Stephen’s two headcount numbers; Horne’s signature, phone, email, and lease; graffiti-wash bid (two spots, not the mural); written window-quote extension past August 27; written $5,000 ramp quote in the packet. Settled: about $28,000 already in; cyclist $750 is matchable; handicapped door off; Stephen installs basement glass; overhead-door deposit Sept 8 is private and clean after filing; Ellie is Diane’s City reviewer; Kleinschmidt / Union Mercantile may be stated as fact. Pictures carry what still needs care. Words carry the craftsman and the work already done. Nothing is invented; nulls stay blank.</w:t>
      </w:r>
    </w:p>
    <w:p/>
    <w:p>
      <w:pPr>
        <w:pStyle w:val="Heading1"/>
      </w:pPr>
      <w:r>
        <w:t>Part 1 — The project narratives</w:t>
      </w:r>
    </w:p>
    <w:p>
      <w:pPr>
        <w:pStyle w:val="Heading2"/>
      </w:pPr>
      <w:r>
        <w:t>PROJECT NARRATIVES SECTION</w:t>
      </w:r>
    </w:p>
    <w:p>
      <w:pPr>
        <w:pStyle w:val="Heading2"/>
      </w:pPr>
      <w:r>
        <w:t>1. Description of Project</w:t>
      </w:r>
    </w:p>
    <w:p>
      <w:r>
        <w:t>1316 Bozeman St. is an historic building, built in the 1880s as a warehouse and retail store for groceries and hardware. It has since been occupied by several owners, who used the venue mainly as grocery storage for Helena. For the last 80 years it has been occupied by a family-owned business: Capital Transfer and Storage, a residential and commercial moving, packing and storage business also offering to the community warehousing and shipping services.</w:t>
      </w:r>
    </w:p>
    <w:p>
      <w:r>
        <w:rPr>
          <w:i/>
        </w:rPr>
        <w:t>Map 1880</w:t>
      </w:r>
    </w:p>
    <w:p>
      <w:r>
        <w:rPr>
          <w:i/>
        </w:rPr>
        <w:t>Map 1884</w:t>
      </w:r>
    </w:p>
    <w:p>
      <w:r>
        <w:t>Its new lessee and future owner, Stephen Banker, of Joshua Tree Cabinetry, owns a thriving business - currently in the Valley, but moving to 1316 Bozeman St., the heart of Helena. Plans to renovate the building: restoring the exterior to its historical facade while renovating its structural integrity and strength so that it can be enjoyed by the district for generations to come. JTC is a light industry, exactly what the area is zoned for. Mr. Banker puts his heart and soul into his work, into his employees and has given back to the community throughout the years. His attention to detail and his creativity will help bring the building back to its historical look and feel.</w:t>
      </w:r>
    </w:p>
    <w:p>
      <w:r>
        <w:rPr>
          <w:i/>
        </w:rPr>
        <w:t>1316 Bozeman before Mr. Banker began work on the building.</w:t>
      </w:r>
    </w:p>
    <w:p>
      <w:r>
        <w:rPr>
          <w:i/>
        </w:rPr>
        <w:t>On the left, some of the stonework Mr. Banker discovered behind the siding.</w:t>
      </w:r>
    </w:p>
    <w:p>
      <w:r>
        <w:rPr>
          <w:i/>
        </w:rPr>
        <w:t>On the right, he restored the clapboard on the office. And he has painted the front of the building… samples of his renovation work.</w:t>
      </w:r>
    </w:p>
    <w:p>
      <w:r>
        <w:t>Joshua Tree Cabinetry is a high quality business. They have contracted with local companies to do much of the work on the building. These will have the opportunity to enjoy the businesses, coffee shops, etc. available in the area. There will be an historical information display inside the building, showing the various owners of the building as well as the story of Capital Transfer and Storage, for anyone to enjoy. Two elements to be added are a sidewalk water spicket, and air (for tires) for cyclists coming through the district.</w:t>
      </w:r>
    </w:p>
    <w:p>
      <w:r>
        <w:t>The goal is adaptive reuse and structural strength: to renovate and restore the integrity of the building and its original, historical look and feel. Many aspects of the building need replacement and/or restoration: overhead doors, broken stonework and deteriorated pointing, all doors, all windows and panes (some of which are cemented over), corroded window wells, barn doors in the back of the building (one of which is cemented over). Gutters over the stonework will need to be built for the preservation of the stone walls and mortar: to prevent freeze/thaw damage, mortar erosion and efflorescence (which indicates that moisture is penetrating or moving through the masonry) as well as preserving the foundation of the building. Per Karson Klass, the contracted mason, “repointing will take place on the bottom portion of the building due to lack of gutters and water splash deteriorating the mortar.” Repointing also needs to be completed on all areas of the stonewall (per a sampling of photos below). JTC is hoping to replace the sign on top of the warehouse, though it has been a challenge to find a company to commit to it. Karson Klass plans to match chemical / materials balance of the original mortar.</w:t>
      </w:r>
    </w:p>
    <w:p>
      <w:r>
        <w:t>JTC has already restored the clapboard siding of the office exterior (see photos above). Windows will be replaced with energy-efficient windows.</w:t>
      </w:r>
    </w:p>
    <w:p>
      <w:r>
        <w:t>The handicapped ramp needs to be extended to meet code. The restoration will both enhance the historic appeal of the building as well as its structural sturdiness and usefulness both in the front and the back of the building.</w:t>
      </w:r>
    </w:p>
    <w:p>
      <w:r>
        <w:t>Deterioration in pointing and window wells on front. Windows need replacement.</w:t>
      </w:r>
    </w:p>
    <w:p>
      <w:r>
        <w:t>Front overhead doors to be replaced. One of 2 man doors to be replaced.</w:t>
      </w:r>
    </w:p>
    <w:p>
      <w:r>
        <w:t>Barn doors, concrete-covered windows and doors to be rebuilt along the back of the building.</w:t>
      </w:r>
    </w:p>
    <w:p>
      <w:r>
        <w:t>Just a few samples of holes, cracks and deterioration along stonewall.</w:t>
      </w:r>
    </w:p>
    <w:p>
      <w:r>
        <w:rPr>
          <w:i/>
        </w:rPr>
        <w:t>Graffiti to be removed (2 instances)</w:t>
      </w:r>
    </w:p>
    <w:p>
      <w:pPr>
        <w:pStyle w:val="Heading2"/>
      </w:pPr>
      <w:r>
        <w:t>Compliance with the Railroad URD Plan</w:t>
      </w:r>
    </w:p>
    <w:p>
      <w:r>
        <w:t>Per above, Joshua Tree Cabinetry complies with many of the RURD goals.</w:t>
      </w:r>
    </w:p>
    <w:p>
      <w:pPr>
        <w:pStyle w:val="Heading3"/>
      </w:pPr>
      <w:r>
        <w:t>Emphasize the District’s Historic Importance</w:t>
      </w:r>
    </w:p>
    <w:p>
      <w:r>
        <w:t>Not only is JTC restoring the original look of 1316 Bozeman St., but it is also restoring its structural integrity so that it will retain its historic look and feel for years to come. Pam Attardo and the Historical Society have provided interesting information, maps and photos which we will seek authorization to use as a historical display showing maps, photos and information about the history of the building and companies that have owned it throughout the years. With John Horne’s blessing, JTC will brighten and restore the mural painted on the smaller building on the property.</w:t>
      </w:r>
    </w:p>
    <w:p>
      <w:r>
        <w:t>We have already reached out to BNSF and have begun correspondence with the gentleman in charge of 1316 Bozeman St. property.</w:t>
      </w:r>
    </w:p>
    <w:p>
      <w:pPr>
        <w:pStyle w:val="Heading3"/>
      </w:pPr>
      <w:r>
        <w:t>Increase Property Utilization and Function</w:t>
      </w:r>
    </w:p>
    <w:p>
      <w:r>
        <w:t>Joshua Tree Cabinetry, a thriving business, will bring new business and vitality into the venue. (JTC is currently located in Helena valley.)</w:t>
      </w:r>
    </w:p>
    <w:p>
      <w:pPr>
        <w:pStyle w:val="Heading3"/>
      </w:pPr>
      <w:r>
        <w:t>Expand and Diversify the District’s Economy</w:t>
      </w:r>
    </w:p>
    <w:p>
      <w:r>
        <w:t>Joshua Tree Cabinetry, a light industry, will fit perfectly into the zoning of the area.</w:t>
      </w:r>
    </w:p>
    <w:p>
      <w:r>
        <w:t>JTC is definitely interested in providing opportunities for high school and Helena College students to be trained in carpentry and woodworking. JTC has worked with a school in the district and has already hired a high school student who has had a secure position with the company for 4+ years. JTC has also contributed to the community in other ways.</w:t>
      </w:r>
    </w:p>
    <w:p>
      <w:pPr>
        <w:pStyle w:val="Heading3"/>
      </w:pPr>
      <w:r>
        <w:t>Address Public Infrastructure Needs</w:t>
      </w:r>
    </w:p>
    <w:p>
      <w:r>
        <w:t>Two elements to be included in the plans are a sidewalk water spicket, air (for tires) for cyclists coming through the district, as well as a display of the historical timeline of use for the building. The mural of the RURD, painted on a smaller building on the property, is also going to be restored.</w:t>
      </w:r>
    </w:p>
    <w:p>
      <w:pPr>
        <w:pStyle w:val="Heading3"/>
      </w:pPr>
      <w:r>
        <w:t>Provide for Public and Environmental Health</w:t>
      </w:r>
    </w:p>
    <w:p>
      <w:r>
        <w:t>The handicapped ramp needs to be extended to meet ADA code. Other elements to be included in the plans are a sidewalk water spicket, and air (for tires) for cyclists coming through the district.</w:t>
      </w:r>
    </w:p>
    <w:p>
      <w:pPr>
        <w:pStyle w:val="Heading2"/>
      </w:pPr>
      <w:r>
        <w:t>b. Local Zoning and Other Requirements</w:t>
      </w:r>
    </w:p>
    <w:p>
      <w:r>
        <w:t>Joshua Tree Cabinetry complies with the City’s Zoning Requirements, being light industry/manufacturing. Mr. Banker plans to remove or trim the foliage around the building for utility and aesthetics. He has hired a contractor to repoint and repair the stonework, restoring its integrity and historical appeal. He has contracted to replace the overhead doors, windows, man doors. He will be restoring the window wells, remove concrete from the windows (back and front) and doors in the back, and rebuild barn doors at the back of the building. For the preservation of the stone work and mortar he will contract a gutter over the stonework. To meet ADA requirements, he will also rebuild the handicapped ramp and entrance. Mosaic Architecture is soon to get back to us regarding engineering standards.</w:t>
      </w:r>
    </w:p>
    <w:p>
      <w:pPr>
        <w:pStyle w:val="Heading2"/>
      </w:pPr>
      <w:r>
        <w:t>c. Demolition/Deconstruction</w:t>
      </w:r>
    </w:p>
    <w:p>
      <w:r>
        <w:t>There will be no removal of structures, nor demolition of properties.</w:t>
      </w:r>
    </w:p>
    <w:p>
      <w:pPr>
        <w:pStyle w:val="Heading2"/>
      </w:pPr>
      <w:r>
        <w:t>d. Dislocation</w:t>
      </w:r>
    </w:p>
    <w:p>
      <w:r>
        <w:t>No tenants are to be dislocated as a result of the project, since there are no tenants living on the premises.</w:t>
      </w:r>
    </w:p>
    <w:p>
      <w:pPr>
        <w:pStyle w:val="Heading2"/>
      </w:pPr>
      <w:r>
        <w:t>2. Logistical Considerations</w:t>
      </w:r>
    </w:p>
    <w:p>
      <w:pPr>
        <w:pStyle w:val="Heading3"/>
      </w:pPr>
      <w:r>
        <w:t>a. Project Feasibility</w:t>
      </w:r>
    </w:p>
    <w:p>
      <w:r>
        <w:t>Mr. Banker has already begun work, investing some of his own funds and capability, reflecting his interest and intentions to follow through with the project. (**see photos above) He has obtained a line of credit from a home equity loan of up to $250,000.</w:t>
      </w:r>
    </w:p>
    <w:p>
      <w:pPr>
        <w:pStyle w:val="Heading3"/>
      </w:pPr>
      <w:r>
        <w:t>b. Applicant’s Ability to Perform</w:t>
      </w:r>
    </w:p>
    <w:p>
      <w:r>
        <w:t>As seen by what Mr. Banker has already accomplished in beginning renovations of the building, he is talented, creative and accustomed to working with contractors.</w:t>
      </w:r>
    </w:p>
    <w:p>
      <w:pPr>
        <w:pStyle w:val="Heading3"/>
      </w:pPr>
      <w:r>
        <w:t>c. Timely Completion</w:t>
      </w:r>
    </w:p>
    <w:p>
      <w:r>
        <w:t>The project is anticipated to be completed by the end of 2027, though much of the work has begun or will begin in 2026.</w:t>
      </w:r>
    </w:p>
    <w:p>
      <w:pPr>
        <w:pStyle w:val="Heading3"/>
      </w:pPr>
      <w:r>
        <w:t>d. Payment of Taxes</w:t>
      </w:r>
    </w:p>
    <w:p>
      <w:r>
        <w:t>All taxes are up to date. (See copy of 2025 property taxes.)</w:t>
      </w:r>
    </w:p>
    <w:p>
      <w:r>
        <w:rPr>
          <w:i/>
        </w:rPr>
        <w:t>2025 property taxes.</w:t>
      </w:r>
    </w:p>
    <w:p>
      <w:pPr>
        <w:pStyle w:val="Heading2"/>
      </w:pPr>
      <w:r>
        <w:t>3. Economic &amp; Community Development Potential</w:t>
      </w:r>
    </w:p>
    <w:p>
      <w:r>
        <w:t>The overall restoration will enhance both the historic appeal of the building as well as its structural sturdiness and usefulness both in the front and the back of the building.</w:t>
      </w:r>
    </w:p>
    <w:p>
      <w:pPr>
        <w:pStyle w:val="Heading3"/>
      </w:pPr>
      <w:r>
        <w:t>a. Tax generation</w:t>
      </w:r>
    </w:p>
    <w:p>
      <w:r>
        <w:t>The adaptive reuse of the building involves bringing in a thriving business, Joshua Tree Cabinetry, its customers and employees to the RURD. Along with the contractors and workers on the project, it will also bring patronage to businesses in the community. Renovations to the building’s exterior and mural will renew the appeal of the building, benefiting the district.</w:t>
      </w:r>
    </w:p>
    <w:p>
      <w:pPr>
        <w:pStyle w:val="Heading3"/>
      </w:pPr>
      <w:r>
        <w:t>b. Relationship of Public and Private Investment</w:t>
      </w:r>
    </w:p>
    <w:p>
      <w:r>
        <w:t>Mr. Banker has already expended some of his own capital, reflected in the photos above. He will continue to invest in the renovation / restoration project as needed. It is a prudent investment of public funds within the urban renewal district as it is reviving the original, historic façade of the building and adding appeal to the District. Also, the work being done will strengthen the building structurally for years to come.</w:t>
      </w:r>
    </w:p>
    <w:p>
      <w:pPr>
        <w:pStyle w:val="Heading3"/>
      </w:pPr>
      <w:r>
        <w:t>c. Job Creation</w:t>
      </w:r>
    </w:p>
    <w:p>
      <w:r>
        <w:t>The renovation of the building means that JTC is hiring contractors from Helena, and their workers and may very well be hiring more employees due to the increased space and work capacity of the building. This will also increase patronage to the businesses in the area.</w:t>
      </w:r>
    </w:p>
    <w:p>
      <w:pPr>
        <w:pStyle w:val="Heading3"/>
      </w:pPr>
      <w:r>
        <w:t>d. Investment Spin-off</w:t>
      </w:r>
    </w:p>
    <w:p>
      <w:r>
        <w:t>See photos above, which show that work already begun reveals attractive, historic stonewall and clapboard. A mural illustrating the District’s history is painted on a smaller building on the property, and will be renewed. The continued renovation of the building will hopefully inspire other building owners in the District to renovate their properties as well, to enhance the historical feel and attractiveness of the area.</w:t>
      </w:r>
    </w:p>
    <w:p>
      <w:pPr>
        <w:pStyle w:val="Heading3"/>
      </w:pPr>
      <w:r>
        <w:t>e. Cost-Benefit Analysis of the Investment/Expenditure</w:t>
      </w:r>
    </w:p>
    <w:p>
      <w:r>
        <w:t>This project will bring increased tax revenue to the community, preserve and reveal this historic building for the community to enjoy and possibly to inspire others in the area to renovate their buildings to reflect the historicity of the District. It will bring a new business into the area, and it will increase the activity in the surrounding area.</w:t>
      </w:r>
    </w:p>
    <w:p>
      <w:pPr>
        <w:pStyle w:val="Heading3"/>
      </w:pPr>
      <w:r>
        <w:t>f. Health and Safety Concerns</w:t>
      </w:r>
    </w:p>
    <w:p>
      <w:r>
        <w:t>The project’s impact on the area will be minimal as far as safety concerns, pollution, traffic congestion and pedestrian access. There may be noise and dust for a few days while removing mortar, and concrete from windows and doors.</w:t>
      </w:r>
    </w:p>
    <w:p>
      <w:pPr>
        <w:pStyle w:val="Heading3"/>
      </w:pPr>
      <w:r>
        <w:t>g. Historic Preservation</w:t>
      </w:r>
    </w:p>
    <w:p>
      <w:r>
        <w:t>The goal of the project being proposed is to rediscover the historic façade of this building. JTC will need to restore windows, doors and the entire exterior – not only to reveal its historicity, but also to rebuild and restore its structural integrity. The above photos reveal a stone wall, clapboard siding and other elements which had been hidden from view until recently. Joshua Tree Cabinetry plans to (contract out to) repoint and restore the stone wall to its original appeal and durability, remove cement from in front of some of the windows and doors and replace the windows and doors. Thus, JTC is bringing the building to life and closer to its historical appeal for generations to come. JTC will be bringing its business to the building, so bringing a thriving business into the area.</w:t>
      </w:r>
    </w:p>
    <w:p>
      <w:pPr>
        <w:pStyle w:val="Heading3"/>
      </w:pPr>
      <w:r>
        <w:t>h. Density, Infill, and Adaptive Reuse</w:t>
      </w:r>
    </w:p>
    <w:p>
      <w:r>
        <w:t>Mr. Banker is adapting 1316 Bozeman St. from a warehouse to a viable cabinetry business while restoring its historic, aesthetic appeal and creating value to the surrounding Railroad District. It will reveal and retain its historical facade, as well as strengthen the integrity of the building to prolong its structural integrity for years to come. Included in the restoration will be energy-efficient windows. There will be no density nor infill in this project.</w:t>
      </w:r>
    </w:p>
    <w:p>
      <w:pPr>
        <w:pStyle w:val="Heading3"/>
      </w:pPr>
      <w:r>
        <w:t>i. Cost of Public Services</w:t>
      </w:r>
    </w:p>
    <w:p>
      <w:r>
        <w:t>JTC is planning to add a water spicket and air (for tires) for public use, as well as restore the mural on the smaller building on the property. Also, the handicapped ramp leading to the office will be extended for ease of use, and the entrance will be enhanced for ease of use.</w:t>
      </w:r>
    </w:p>
    <w:p>
      <w:pPr>
        <w:pStyle w:val="Heading3"/>
      </w:pPr>
      <w:r>
        <w:t>j. Housing Component</w:t>
      </w:r>
    </w:p>
    <w:p>
      <w:r>
        <w:t>We have no plans for housing.</w:t>
      </w:r>
    </w:p>
    <w:p>
      <w:pPr>
        <w:pStyle w:val="Heading3"/>
      </w:pPr>
      <w:r>
        <w:t>k. Conformance with Requirements for TIF Fund Expenditures, per 7-15-4288, MCA</w:t>
      </w:r>
    </w:p>
    <w:p>
      <w:r>
        <w:t>We are in compliance with 7-15-4288, section….. (I am still studying this )</w:t>
      </w:r>
    </w:p>
    <w:p/>
    <w:p>
      <w:pPr>
        <w:pStyle w:val="Heading1"/>
      </w:pPr>
      <w:r>
        <w:t>Part 2 — The City form, section by section</w:t>
      </w:r>
    </w:p>
    <w:p>
      <w:pPr>
        <w:pStyle w:val="Heading1"/>
      </w:pPr>
      <w:r>
        <w:t>PROJECT NARRATIVES SECTION</w:t>
      </w:r>
    </w:p>
    <w:p>
      <w:r>
        <w:rPr>
          <w:i/>
          <w:sz w:val="18"/>
        </w:rPr>
        <w:t>City of Helena Railroad Urban Renewal District · Tax Increment Financing Application Form · Community Development Department · (406) 447-8490 · citycommunitydevelopment@helenamt.gov</w:t>
      </w:r>
    </w:p>
    <w:p>
      <w:r>
        <w:rPr>
          <w:b/>
        </w:rPr>
        <w:t xml:space="preserve">Name: </w:t>
      </w:r>
      <w:r>
        <w:t>Stephen Banker</w:t>
      </w:r>
    </w:p>
    <w:p>
      <w:r>
        <w:rPr>
          <w:b/>
        </w:rPr>
        <w:t xml:space="preserve">Business: </w:t>
      </w:r>
      <w:r>
        <w:t>Joshua Tree Cabinetry (Inc.)</w:t>
      </w:r>
    </w:p>
    <w:p>
      <w:r>
        <w:rPr>
          <w:b/>
        </w:rPr>
        <w:t xml:space="preserve">Address: </w:t>
      </w:r>
      <w:r>
        <w:t>78 John G Mine Rd, Helena, MT 59602</w:t>
      </w:r>
    </w:p>
    <w:p>
      <w:r>
        <w:rPr>
          <w:b/>
        </w:rPr>
        <w:t xml:space="preserve">Phone: </w:t>
      </w:r>
      <w:r>
        <w:t>(406) 443-3211</w:t>
      </w:r>
    </w:p>
    <w:p>
      <w:r>
        <w:rPr>
          <w:b/>
        </w:rPr>
        <w:t xml:space="preserve">Email: </w:t>
      </w:r>
      <w:r>
        <w:t>stephen@joshuatreecabinetry.com [confirm]</w:t>
      </w:r>
    </w:p>
    <w:p>
      <w:r>
        <w:rPr>
          <w:b/>
        </w:rPr>
        <w:t xml:space="preserve">Entity status: </w:t>
      </w:r>
      <w:r>
        <w:t>A partnership or corporate entity known as: Joshua Tree Cabinetry, Inc. — organized under the laws of Montana</w:t>
      </w:r>
    </w:p>
    <w:p/>
    <w:p>
      <w:pPr>
        <w:pStyle w:val="Heading1"/>
      </w:pPr>
      <w:r>
        <w:t>PROJECT NARRATIVES SECTION</w:t>
      </w:r>
    </w:p>
    <w:p>
      <w:r>
        <w:rPr>
          <w:i/>
          <w:sz w:val="18"/>
        </w:rPr>
        <w:t>City of Helena Railroad Urban Renewal District · Tax Increment Financing Application Form · Community Development Department · (406) 447-8490 · citycommunitydevelopment@helenamt.gov</w:t>
      </w:r>
    </w:p>
    <w:p/>
    <w:p>
      <w:pPr>
        <w:pStyle w:val="Heading1"/>
      </w:pPr>
      <w:r>
        <w:t>1. Description of Project</w:t>
      </w:r>
    </w:p>
    <w:p/>
    <w:p>
      <w:pPr>
        <w:pStyle w:val="Heading1"/>
      </w:pPr>
      <w:r>
        <w:t>Compliance with the Railroad URD Plan</w:t>
      </w:r>
    </w:p>
    <w:p/>
    <w:p>
      <w:pPr>
        <w:pStyle w:val="Heading1"/>
      </w:pPr>
      <w:r>
        <w:t>b. Local Zoning and Other Requirements</w:t>
      </w:r>
    </w:p>
    <w:p/>
    <w:p>
      <w:pPr>
        <w:pStyle w:val="Heading1"/>
      </w:pPr>
      <w:r>
        <w:t>c. Demolition/Deconstruction</w:t>
      </w:r>
    </w:p>
    <w:p/>
    <w:p>
      <w:pPr>
        <w:pStyle w:val="Heading1"/>
      </w:pPr>
      <w:r>
        <w:t>d. Dislocation</w:t>
      </w:r>
    </w:p>
    <w:p/>
    <w:p>
      <w:pPr>
        <w:pStyle w:val="Heading1"/>
      </w:pPr>
      <w:r>
        <w:t>2. Logistical Considerations</w:t>
      </w:r>
    </w:p>
    <w:p/>
    <w:p/>
    <w:p>
      <w:pPr>
        <w:pStyle w:val="Heading1"/>
      </w:pPr>
      <w:r>
        <w:t>3. Economic &amp; Community Development Potential</w:t>
      </w:r>
    </w:p>
    <w:p/>
    <w:p>
      <w:pPr>
        <w:pStyle w:val="Heading1"/>
      </w:pPr>
      <w:r>
        <w:t>Project</w:t>
      </w:r>
    </w:p>
    <w:p>
      <w:r>
        <w:rPr>
          <w:i/>
          <w:sz w:val="18"/>
        </w:rPr>
        <w:t>Form page 4 — Project Information</w:t>
      </w:r>
    </w:p>
    <w:p>
      <w:r>
        <w:rPr>
          <w:b/>
        </w:rPr>
        <w:t xml:space="preserve">Building address: </w:t>
      </w:r>
      <w:r>
        <w:t>1316 Bozeman Avenue, Helena, MT 59601</w:t>
      </w:r>
    </w:p>
    <w:p>
      <w:r>
        <w:rPr>
          <w:b/>
        </w:rPr>
        <w:t xml:space="preserve">Legal description: </w:t>
      </w:r>
      <w:r>
        <w:t>NORTHERN PACIFIC ADDN, S29, T10 N, R03 W, BLOCK 25, Lot 1–4, 35' CLOSED COOKE ST</w:t>
      </w:r>
    </w:p>
    <w:p>
      <w:r>
        <w:rPr>
          <w:b/>
        </w:rPr>
        <w:t xml:space="preserve">Tax / parcel ID: </w:t>
      </w:r>
      <w:r>
        <w:t>2852 · Geo 05-1888-29-2-32-15-0000</w:t>
      </w:r>
    </w:p>
    <w:p>
      <w:r>
        <w:rPr>
          <w:b/>
        </w:rPr>
        <w:t xml:space="preserve">Zoning: </w:t>
      </w:r>
      <w:r>
        <w:t>CLM — Commercial Light Manufacturing</w:t>
      </w:r>
    </w:p>
    <w:p>
      <w:r>
        <w:rPr>
          <w:b/>
        </w:rPr>
        <w:t xml:space="preserve">District: </w:t>
      </w:r>
      <w:r>
        <w:t>Inside the Railroad URD (levy "TIF Rlrd URP" on the tax card)</w:t>
      </w:r>
    </w:p>
    <w:p/>
    <w:p>
      <w:pPr>
        <w:pStyle w:val="Heading1"/>
      </w:pPr>
      <w:r>
        <w:t>Property Owner</w:t>
      </w:r>
    </w:p>
    <w:p>
      <w:r>
        <w:rPr>
          <w:i/>
          <w:sz w:val="18"/>
        </w:rPr>
        <w:t>Form page 4 — Property Owner Information (written owner permission required)</w:t>
      </w:r>
    </w:p>
    <w:p>
      <w:r>
        <w:rPr>
          <w:b/>
        </w:rPr>
        <w:t xml:space="preserve">Owner of record: </w:t>
      </w:r>
      <w:r>
        <w:t>John Horne</w:t>
      </w:r>
    </w:p>
    <w:p>
      <w:r>
        <w:rPr>
          <w:b/>
        </w:rPr>
        <w:t xml:space="preserve">Mailing: </w:t>
      </w:r>
      <w:r>
        <w:t>1316 Bozeman Ave, Helena, MT 59601-2941</w:t>
      </w:r>
    </w:p>
    <w:p>
      <w:r>
        <w:rPr>
          <w:b/>
        </w:rPr>
        <w:t xml:space="preserve">Permission letter: </w:t>
      </w:r>
      <w:r>
        <w:t>Drafted and ready — [NEED signature + phone + email]</w:t>
      </w:r>
    </w:p>
    <w:p>
      <w:r>
        <w:rPr>
          <w:b/>
        </w:rPr>
        <w:t xml:space="preserve">Lease: </w:t>
      </w:r>
      <w:r>
        <w:t>[NEED — term + permission to alter exterior]</w:t>
      </w:r>
    </w:p>
    <w:p/>
    <w:p>
      <w:pPr>
        <w:pStyle w:val="Heading1"/>
      </w:pPr>
      <w:r>
        <w:t>Project Team</w:t>
      </w:r>
    </w:p>
    <w:p>
      <w:r>
        <w:rPr>
          <w:i/>
          <w:sz w:val="18"/>
        </w:rPr>
        <w:t>Form page 4 — Architectural Firm / Financial Lending Institution / Contractor Information (where applicable)</w:t>
      </w:r>
    </w:p>
    <w:p>
      <w:r>
        <w:rPr>
          <w:b/>
        </w:rPr>
        <w:t xml:space="preserve">Architectural firm: </w:t>
      </w:r>
      <w:r>
        <w:t>Mosaic Architecture — asked about engineering standards; reply still pending. [NEED contact name, address, phone if the City requires this line filled]</w:t>
      </w:r>
    </w:p>
    <w:p>
      <w:r>
        <w:rPr>
          <w:b/>
        </w:rPr>
        <w:t xml:space="preserve">Financial lending institution: </w:t>
      </w:r>
      <w:r>
        <w:t>Home-equity line of credit, up to $250,000, already in place. [NEED lender name and contact if the City requires it]</w:t>
      </w:r>
    </w:p>
    <w:p>
      <w:r>
        <w:rPr>
          <w:b/>
        </w:rPr>
        <w:t xml:space="preserve">Contractor(s): </w:t>
      </w:r>
      <w:r>
        <w:t>Karson Klass Masonry (repointing) · Overhead Door Co. of Helena (Est. #710) · glass and window vendors named on the Cost Worksheet below. [NEED — confirm with Stephen if the City wants one named general contractor, or this line-item list stands]</w:t>
      </w:r>
    </w:p>
    <w:p/>
    <w:p>
      <w:pPr>
        <w:pStyle w:val="Heading1"/>
      </w:pPr>
      <w:r>
        <w:t>Description of Project</w:t>
      </w:r>
    </w:p>
    <w:p>
      <w:r>
        <w:rPr>
          <w:i/>
          <w:sz w:val="18"/>
        </w:rPr>
        <w:t>Form page 5 — separate attachment · existing, not new construction</w:t>
      </w:r>
    </w:p>
    <w:p>
      <w:r>
        <w:t>Restore the exterior of the historic stone warehouse at 1316 Bozeman Avenue for Joshua Tree Cabinetry. Scope: windows and filled openings; window wells; rear barn doors (one filled with concrete); masonry where stone has deteriorated; gutters over the stonework only (not the entire building; not aluminum); ADA ramp to code ($5,000); mural with the owner’s blessing; graffiti wash; sidewalk water and air for cyclists. Overhead doors are private. Basement is not occupied. No demolition. No new construction. The full project story is in the separate narrative, not on this form: Bring the light back .</w:t>
      </w:r>
    </w:p>
    <w:p/>
    <w:p>
      <w:pPr>
        <w:pStyle w:val="Heading1"/>
      </w:pPr>
      <w:r>
        <w:t>Project Renderings</w:t>
      </w:r>
    </w:p>
    <w:p>
      <w:r>
        <w:rPr>
          <w:i/>
          <w:sz w:val="18"/>
        </w:rPr>
        <w:t>Form page 5 — if applicable</w:t>
      </w:r>
    </w:p>
    <w:p>
      <w:r>
        <w:t>Schematic and site photographs are attached in place of formal architectural renderings; see the photo record. Mosaic Architecture's engineering-standards reply, if received before filing, will be added. [NEED — formal site/landscaping plan only if the City asks for one beyond photographs]</w:t>
      </w:r>
    </w:p>
    <w:p/>
    <w:p>
      <w:pPr>
        <w:pStyle w:val="Heading1"/>
      </w:pPr>
      <w:r>
        <w:t>Total Cost of the Project</w:t>
      </w:r>
    </w:p>
    <w:p>
      <w:r>
        <w:rPr>
          <w:i/>
          <w:sz w:val="18"/>
        </w:rPr>
        <w:t>Form page 6 — summary (full breakdown on the Project Cost Worksheet, page 7)</w:t>
      </w:r>
    </w:p>
    <w:p>
      <w:r>
        <w:t>$84,680.59 , exterior restoration scope only, working total as of August 23. Graffiti-wash bid and soft costs (permits, surveys, design) are still open and will raise this number. The overhead-door deposit ($11,532, due September 8) and its balance are private financing — not part of the TIF ask.</w:t>
      </w:r>
    </w:p>
    <w:p/>
    <w:p>
      <w:pPr>
        <w:pStyle w:val="Heading1"/>
      </w:pPr>
      <w:r>
        <w:t>Jobs · Completion · Taxes</w:t>
      </w:r>
    </w:p>
    <w:p>
      <w:r>
        <w:rPr>
          <w:i/>
          <w:sz w:val="18"/>
        </w:rPr>
        <w:t>Form page 6</w:t>
      </w:r>
    </w:p>
    <w:p>
      <w:r>
        <w:rPr>
          <w:b/>
        </w:rPr>
        <w:t xml:space="preserve">Permanent / part-time jobs: </w:t>
      </w:r>
      <w:r>
        <w:t>[NEED — current headcount + planned at 1316]</w:t>
      </w:r>
    </w:p>
    <w:p>
      <w:r>
        <w:rPr>
          <w:b/>
        </w:rPr>
        <w:t xml:space="preserve">Completion date: </w:t>
      </w:r>
      <w:r>
        <w:t>End of 2027 — "the project is anticipated to be completed by the end of 2027, though much of the work has begun or will begin in 2026" (Diane's narrative)</w:t>
      </w:r>
    </w:p>
    <w:p>
      <w:r>
        <w:rPr>
          <w:b/>
        </w:rPr>
        <w:t xml:space="preserve">Current property taxes: </w:t>
      </w:r>
      <w:r>
        <w:t>$12,716.16 (2025) — paid / current</w:t>
      </w:r>
    </w:p>
    <w:p>
      <w:r>
        <w:rPr>
          <w:b/>
        </w:rPr>
        <w:t xml:space="preserve">Property ownership: </w:t>
      </w:r>
      <w:r>
        <w:t>Applicant is the building's new lessee and future owner (Diane's narrative); John Horne is owner of record</w:t>
      </w:r>
    </w:p>
    <w:p>
      <w:r>
        <w:rPr>
          <w:b/>
        </w:rPr>
        <w:t xml:space="preserve">Basement use: </w:t>
      </w:r>
      <w:r>
        <w:t>Not used. Basement will not be occupied. Windows are weather protection only (empty casings, snow).</w:t>
      </w:r>
    </w:p>
    <w:p/>
    <w:p>
      <w:pPr>
        <w:pStyle w:val="Heading1"/>
      </w:pPr>
      <w:r>
        <w:t>Project Cost Worksheet</w:t>
      </w:r>
    </w:p>
    <w:p>
      <w:r>
        <w:rPr>
          <w:i/>
          <w:sz w:val="18"/>
        </w:rPr>
        <w:t>Form page 7 — Professional Services / Construction / Other</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Category</w:t>
            </w:r>
          </w:p>
        </w:tc>
        <w:tc>
          <w:tcPr>
            <w:tcW w:type="dxa" w:w="2880"/>
          </w:tcPr>
          <w:p>
            <w:r>
              <w:t>Item</w:t>
            </w:r>
          </w:p>
        </w:tc>
        <w:tc>
          <w:tcPr>
            <w:tcW w:type="dxa" w:w="2880"/>
          </w:tcPr>
          <w:p>
            <w:r>
              <w:t>Amount</w:t>
            </w:r>
          </w:p>
        </w:tc>
      </w:tr>
      <w:tr>
        <w:tc>
          <w:tcPr>
            <w:tcW w:type="dxa" w:w="2880"/>
          </w:tcPr>
          <w:p>
            <w:r>
              <w:t>Construction</w:t>
            </w:r>
          </w:p>
        </w:tc>
        <w:tc>
          <w:tcPr>
            <w:tcW w:type="dxa" w:w="2880"/>
          </w:tcPr>
          <w:p>
            <w:r>
              <w:t>Office windows — glass + labor/materials (Custom Glass + JTC)</w:t>
            </w:r>
          </w:p>
        </w:tc>
        <w:tc>
          <w:tcPr>
            <w:tcW w:type="dxa" w:w="2880"/>
          </w:tcPr>
          <w:p>
            <w:r>
              <w:t>$6,960 — quotes expire Aug 27; file Aug 28</w:t>
            </w:r>
          </w:p>
        </w:tc>
      </w:tr>
      <w:tr>
        <w:tc>
          <w:tcPr>
            <w:tcW w:type="dxa" w:w="2880"/>
          </w:tcPr>
          <w:p>
            <w:r>
              <w:t>Construction</w:t>
            </w:r>
          </w:p>
        </w:tc>
        <w:tc>
          <w:tcPr>
            <w:tcW w:type="dxa" w:w="2880"/>
          </w:tcPr>
          <w:p>
            <w:r>
              <w:t>Front shipping windows — glass + labor/materials</w:t>
            </w:r>
          </w:p>
        </w:tc>
        <w:tc>
          <w:tcPr>
            <w:tcW w:type="dxa" w:w="2880"/>
          </w:tcPr>
          <w:p>
            <w:r>
              <w:t>$5,946</w:t>
            </w:r>
          </w:p>
        </w:tc>
      </w:tr>
      <w:tr>
        <w:tc>
          <w:tcPr>
            <w:tcW w:type="dxa" w:w="2880"/>
          </w:tcPr>
          <w:p>
            <w:r>
              <w:t>Construction</w:t>
            </w:r>
          </w:p>
        </w:tc>
        <w:tc>
          <w:tcPr>
            <w:tcW w:type="dxa" w:w="2880"/>
          </w:tcPr>
          <w:p>
            <w:r>
              <w:t>Basement windows — weather protection only; basement not occupied (Every Window glass; Stephen installs)</w:t>
            </w:r>
          </w:p>
        </w:tc>
        <w:tc>
          <w:tcPr>
            <w:tcW w:type="dxa" w:w="2880"/>
          </w:tcPr>
          <w:p>
            <w:r>
              <w:t>$2,704.59</w:t>
            </w:r>
          </w:p>
        </w:tc>
      </w:tr>
      <w:tr>
        <w:tc>
          <w:tcPr>
            <w:tcW w:type="dxa" w:w="2880"/>
          </w:tcPr>
          <w:p>
            <w:r>
              <w:t>Construction</w:t>
            </w:r>
          </w:p>
        </w:tc>
        <w:tc>
          <w:tcPr>
            <w:tcW w:type="dxa" w:w="2880"/>
          </w:tcPr>
          <w:p>
            <w:r>
              <w:t>Remove concrete from 8 covered windows (front 3, back 5)</w:t>
            </w:r>
          </w:p>
        </w:tc>
        <w:tc>
          <w:tcPr>
            <w:tcW w:type="dxa" w:w="2880"/>
          </w:tcPr>
          <w:p>
            <w:r>
              <w:t>$1,600</w:t>
            </w:r>
          </w:p>
        </w:tc>
      </w:tr>
      <w:tr>
        <w:tc>
          <w:tcPr>
            <w:tcW w:type="dxa" w:w="2880"/>
          </w:tcPr>
          <w:p>
            <w:r>
              <w:t>Construction</w:t>
            </w:r>
          </w:p>
        </w:tc>
        <w:tc>
          <w:tcPr>
            <w:tcW w:type="dxa" w:w="2880"/>
          </w:tcPr>
          <w:p>
            <w:r>
              <w:t>Restore window encasements — frame and glass, 8</w:t>
            </w:r>
          </w:p>
        </w:tc>
        <w:tc>
          <w:tcPr>
            <w:tcW w:type="dxa" w:w="2880"/>
          </w:tcPr>
          <w:p>
            <w:r>
              <w:t>$6,000</w:t>
            </w:r>
          </w:p>
        </w:tc>
      </w:tr>
      <w:tr>
        <w:tc>
          <w:tcPr>
            <w:tcW w:type="dxa" w:w="2880"/>
          </w:tcPr>
          <w:p>
            <w:r>
              <w:t>Construction</w:t>
            </w:r>
          </w:p>
        </w:tc>
        <w:tc>
          <w:tcPr>
            <w:tcW w:type="dxa" w:w="2880"/>
          </w:tcPr>
          <w:p>
            <w:r>
              <w:t>Remove concrete from 2 doors + restore doors (back; one rear barn door is filled with concrete)</w:t>
            </w:r>
          </w:p>
        </w:tc>
        <w:tc>
          <w:tcPr>
            <w:tcW w:type="dxa" w:w="2880"/>
          </w:tcPr>
          <w:p>
            <w:r>
              <w:t>$6,000</w:t>
            </w:r>
          </w:p>
        </w:tc>
      </w:tr>
      <w:tr>
        <w:tc>
          <w:tcPr>
            <w:tcW w:type="dxa" w:w="2880"/>
          </w:tcPr>
          <w:p>
            <w:r>
              <w:t>Construction</w:t>
            </w:r>
          </w:p>
        </w:tc>
        <w:tc>
          <w:tcPr>
            <w:tcW w:type="dxa" w:w="2880"/>
          </w:tcPr>
          <w:p>
            <w:r>
              <w:t>Window wells, 2 (front)</w:t>
            </w:r>
          </w:p>
        </w:tc>
        <w:tc>
          <w:tcPr>
            <w:tcW w:type="dxa" w:w="2880"/>
          </w:tcPr>
          <w:p>
            <w:r>
              <w:t>$1,000</w:t>
            </w:r>
          </w:p>
        </w:tc>
      </w:tr>
      <w:tr>
        <w:tc>
          <w:tcPr>
            <w:tcW w:type="dxa" w:w="2880"/>
          </w:tcPr>
          <w:p>
            <w:r>
              <w:t>Construction</w:t>
            </w:r>
          </w:p>
        </w:tc>
        <w:tc>
          <w:tcPr>
            <w:tcW w:type="dxa" w:w="2880"/>
          </w:tcPr>
          <w:p>
            <w:r>
              <w:t>Bifold barn / double-hinged doors, 3 (back)</w:t>
            </w:r>
          </w:p>
        </w:tc>
        <w:tc>
          <w:tcPr>
            <w:tcW w:type="dxa" w:w="2880"/>
          </w:tcPr>
          <w:p>
            <w:r>
              <w:t>$5,400</w:t>
            </w:r>
          </w:p>
        </w:tc>
      </w:tr>
      <w:tr>
        <w:tc>
          <w:tcPr>
            <w:tcW w:type="dxa" w:w="2880"/>
          </w:tcPr>
          <w:p>
            <w:r>
              <w:t>Construction</w:t>
            </w:r>
          </w:p>
        </w:tc>
        <w:tc>
          <w:tcPr>
            <w:tcW w:type="dxa" w:w="2880"/>
          </w:tcPr>
          <w:p>
            <w:r>
              <w:t>Masonry + repointing, front and back (Karson Klass)</w:t>
            </w:r>
          </w:p>
        </w:tc>
        <w:tc>
          <w:tcPr>
            <w:tcW w:type="dxa" w:w="2880"/>
          </w:tcPr>
          <w:p>
            <w:r>
              <w:t>$6,300</w:t>
            </w:r>
          </w:p>
        </w:tc>
      </w:tr>
      <w:tr>
        <w:tc>
          <w:tcPr>
            <w:tcW w:type="dxa" w:w="2880"/>
          </w:tcPr>
          <w:p>
            <w:r>
              <w:t>Construction</w:t>
            </w:r>
          </w:p>
        </w:tc>
        <w:tc>
          <w:tcPr>
            <w:tcW w:type="dxa" w:w="2880"/>
          </w:tcPr>
          <w:p>
            <w:r>
              <w:t>Gutters over the stonework only (not the entire building; not aluminum; steel suspected)</w:t>
            </w:r>
          </w:p>
        </w:tc>
        <w:tc>
          <w:tcPr>
            <w:tcW w:type="dxa" w:w="2880"/>
          </w:tcPr>
          <w:p>
            <w:r>
              <w:t>$14,100</w:t>
            </w:r>
          </w:p>
        </w:tc>
      </w:tr>
      <w:tr>
        <w:tc>
          <w:tcPr>
            <w:tcW w:type="dxa" w:w="2880"/>
          </w:tcPr>
          <w:p>
            <w:r>
              <w:t>Construction</w:t>
            </w:r>
          </w:p>
        </w:tc>
        <w:tc>
          <w:tcPr>
            <w:tcW w:type="dxa" w:w="2880"/>
          </w:tcPr>
          <w:p>
            <w:r>
              <w:t>ADA / handicap entrance — ramp and landing (door stays off)</w:t>
            </w:r>
          </w:p>
        </w:tc>
        <w:tc>
          <w:tcPr>
            <w:tcW w:type="dxa" w:w="2880"/>
          </w:tcPr>
          <w:p>
            <w:r>
              <w:t>$5,000 — quoted Aug 23; get paper in the packet</w:t>
            </w:r>
          </w:p>
        </w:tc>
      </w:tr>
      <w:tr>
        <w:tc>
          <w:tcPr>
            <w:tcW w:type="dxa" w:w="2880"/>
          </w:tcPr>
          <w:p>
            <w:r>
              <w:t>Construction</w:t>
            </w:r>
          </w:p>
        </w:tc>
        <w:tc>
          <w:tcPr>
            <w:tcW w:type="dxa" w:w="2880"/>
          </w:tcPr>
          <w:p>
            <w:r>
              <w:t>Overhead doors, 5 (Overhead Door Co. of Helena, Est. #710 — approved Jul 21)</w:t>
            </w:r>
          </w:p>
        </w:tc>
        <w:tc>
          <w:tcPr>
            <w:tcW w:type="dxa" w:w="2880"/>
          </w:tcPr>
          <w:p>
            <w:r>
              <w:t>$19,220 — deposit $11,532 due Sept 8</w:t>
            </w:r>
          </w:p>
        </w:tc>
      </w:tr>
      <w:tr>
        <w:tc>
          <w:tcPr>
            <w:tcW w:type="dxa" w:w="2880"/>
          </w:tcPr>
          <w:p>
            <w:r>
              <w:t>Construction</w:t>
            </w:r>
          </w:p>
        </w:tc>
        <w:tc>
          <w:tcPr>
            <w:tcW w:type="dxa" w:w="2880"/>
          </w:tcPr>
          <w:p>
            <w:r>
              <w:t>Mural restoration — scaffolding, paint, labor (with John Horne's blessing)</w:t>
            </w:r>
          </w:p>
        </w:tc>
        <w:tc>
          <w:tcPr>
            <w:tcW w:type="dxa" w:w="2880"/>
          </w:tcPr>
          <w:p>
            <w:r>
              <w:t>$2,500</w:t>
            </w:r>
          </w:p>
        </w:tc>
      </w:tr>
      <w:tr>
        <w:tc>
          <w:tcPr>
            <w:tcW w:type="dxa" w:w="2880"/>
          </w:tcPr>
          <w:p>
            <w:r>
              <w:t>Construction</w:t>
            </w:r>
          </w:p>
        </w:tc>
        <w:tc>
          <w:tcPr>
            <w:tcW w:type="dxa" w:w="2880"/>
          </w:tcPr>
          <w:p>
            <w:r>
              <w:t>Graffiti removal (2 instances)</w:t>
            </w:r>
          </w:p>
        </w:tc>
        <w:tc>
          <w:tcPr>
            <w:tcW w:type="dxa" w:w="2880"/>
          </w:tcPr>
          <w:p>
            <w:r>
              <w:t>[NEED bid]</w:t>
            </w:r>
          </w:p>
        </w:tc>
      </w:tr>
      <w:tr>
        <w:tc>
          <w:tcPr>
            <w:tcW w:type="dxa" w:w="2880"/>
          </w:tcPr>
          <w:p>
            <w:r>
              <w:t>Other</w:t>
            </w:r>
          </w:p>
        </w:tc>
        <w:tc>
          <w:tcPr>
            <w:tcW w:type="dxa" w:w="2880"/>
          </w:tcPr>
          <w:p>
            <w:r>
              <w:t>Disposal of removed materials</w:t>
            </w:r>
          </w:p>
        </w:tc>
        <w:tc>
          <w:tcPr>
            <w:tcW w:type="dxa" w:w="2880"/>
          </w:tcPr>
          <w:p>
            <w:r>
              <w:t>$1,200</w:t>
            </w:r>
          </w:p>
        </w:tc>
      </w:tr>
      <w:tr>
        <w:tc>
          <w:tcPr>
            <w:tcW w:type="dxa" w:w="2880"/>
          </w:tcPr>
          <w:p>
            <w:r>
              <w:t>Other</w:t>
            </w:r>
          </w:p>
        </w:tc>
        <w:tc>
          <w:tcPr>
            <w:tcW w:type="dxa" w:w="2880"/>
          </w:tcPr>
          <w:p>
            <w:r>
              <w:t>Air and water for cyclists (public sidewalk gift)</w:t>
            </w:r>
          </w:p>
        </w:tc>
        <w:tc>
          <w:tcPr>
            <w:tcW w:type="dxa" w:w="2880"/>
          </w:tcPr>
          <w:p>
            <w:r>
              <w:t>$750</w:t>
            </w:r>
          </w:p>
        </w:tc>
      </w:tr>
      <w:tr>
        <w:tc>
          <w:tcPr>
            <w:tcW w:type="dxa" w:w="2880"/>
          </w:tcPr>
          <w:p>
            <w:r>
              <w:t>Soft costs</w:t>
            </w:r>
          </w:p>
        </w:tc>
        <w:tc>
          <w:tcPr>
            <w:tcW w:type="dxa" w:w="2880"/>
          </w:tcPr>
          <w:p>
            <w:r>
              <w:t>Permits, surveys, design</w:t>
            </w:r>
          </w:p>
        </w:tc>
        <w:tc>
          <w:tcPr>
            <w:tcW w:type="dxa" w:w="2880"/>
          </w:tcPr>
          <w:p>
            <w:r>
              <w:t>[NEED]</w:t>
            </w:r>
          </w:p>
        </w:tc>
      </w:tr>
      <w:tr>
        <w:tc>
          <w:tcPr>
            <w:tcW w:type="dxa" w:w="2880"/>
          </w:tcPr>
          <w:p>
            <w:r>
              <w:t>Working priced total</w:t>
            </w:r>
          </w:p>
        </w:tc>
        <w:tc>
          <w:tcPr>
            <w:tcW w:type="dxa" w:w="2880"/>
          </w:tcPr>
          <w:p>
            <w:r>
              <w:t>August 23 from Diane + $5,000 handicap entrance tonight — graffiti-wash bid still open; basement glass priced, Stephen installs</w:t>
            </w:r>
          </w:p>
        </w:tc>
        <w:tc>
          <w:tcPr>
            <w:tcW w:type="dxa" w:w="2880"/>
          </w:tcPr>
          <w:p>
            <w:r>
              <w:t>$84,680.59</w:t>
            </w:r>
          </w:p>
        </w:tc>
      </w:tr>
      <w:tr>
        <w:tc>
          <w:tcPr>
            <w:tcW w:type="dxa" w:w="2880"/>
          </w:tcPr>
          <w:p>
            <w:r>
              <w:t>Total</w:t>
            </w:r>
          </w:p>
        </w:tc>
        <w:tc>
          <w:tcPr>
            <w:tcW w:type="dxa" w:w="2880"/>
          </w:tcPr>
          <w:p>
            <w:r>
              <w:t>Total project development cost</w:t>
            </w:r>
          </w:p>
        </w:tc>
        <w:tc>
          <w:tcPr>
            <w:tcW w:type="dxa" w:w="2880"/>
          </w:tcPr>
          <w:p>
            <w:r>
              <w:t>[Open — graffiti wash, soft costs; ramp now $5,000]</w:t>
            </w:r>
          </w:p>
        </w:tc>
      </w:tr>
    </w:tbl>
    <w:p/>
    <w:p>
      <w:pPr>
        <w:pStyle w:val="Heading1"/>
      </w:pPr>
      <w:r>
        <w:t>Project Financing Worksheet</w:t>
      </w:r>
    </w:p>
    <w:p>
      <w:r>
        <w:rPr>
          <w:i/>
          <w:sz w:val="18"/>
        </w:rPr>
        <w:t>Form page 8</w:t>
      </w:r>
    </w:p>
    <w:tbl>
      <w:tblPr>
        <w:tblStyle w:val="LightGrid-Accent1"/>
        <w:tblW w:type="auto" w:w="0"/>
        <w:tblLook w:firstColumn="1" w:firstRow="1" w:lastColumn="0" w:lastRow="0" w:noHBand="0" w:noVBand="1" w:val="04A0"/>
      </w:tblPr>
      <w:tblGrid>
        <w:gridCol w:w="4320"/>
        <w:gridCol w:w="4320"/>
      </w:tblGrid>
      <w:tr>
        <w:tc>
          <w:tcPr>
            <w:tcW w:type="dxa" w:w="4320"/>
          </w:tcPr>
          <w:p>
            <w:r>
              <w:t>Line</w:t>
            </w:r>
          </w:p>
        </w:tc>
        <w:tc>
          <w:tcPr>
            <w:tcW w:type="dxa" w:w="4320"/>
          </w:tcPr>
          <w:p>
            <w:r>
              <w:t>Amount</w:t>
            </w:r>
          </w:p>
        </w:tc>
      </w:tr>
      <w:tr>
        <w:tc>
          <w:tcPr>
            <w:tcW w:type="dxa" w:w="4320"/>
          </w:tcPr>
          <w:p>
            <w:r>
              <w:t>Applicant / private investment — about $28,000 already spent (Diane, Aug 23), plus a home-equity line of credit of up to $250,000</w:t>
            </w:r>
          </w:p>
        </w:tc>
        <w:tc>
          <w:tcPr>
            <w:tcW w:type="dxa" w:w="4320"/>
          </w:tcPr>
          <w:p>
            <w:r>
              <w:t>~$28,000 in + up to $250,000</w:t>
            </w:r>
          </w:p>
        </w:tc>
      </w:tr>
      <w:tr>
        <w:tc>
          <w:tcPr>
            <w:tcW w:type="dxa" w:w="4320"/>
          </w:tcPr>
          <w:p>
            <w:r>
              <w:t>Other funding sources (not this application): Big Sky Trust Fund (up to $5,000/new job) · MT Historic Preservation Grant (March 2028 cycle) · historic tax credits (owner side). Downtown HURD / BID façade is a different district — not this ask.</w:t>
            </w:r>
          </w:p>
        </w:tc>
        <w:tc>
          <w:tcPr>
            <w:tcW w:type="dxa" w:w="4320"/>
          </w:tcPr>
          <w:p>
            <w:r>
              <w:t>Pipeline — not this filing</w:t>
            </w:r>
          </w:p>
        </w:tc>
      </w:tr>
      <w:tr>
        <w:tc>
          <w:tcPr>
            <w:tcW w:type="dxa" w:w="4320"/>
          </w:tcPr>
          <w:p>
            <w:r>
              <w:t>TIF request (≤ 50% of eligible exterior)</w:t>
            </w:r>
          </w:p>
        </w:tc>
        <w:tc>
          <w:tcPr>
            <w:tcW w:type="dxa" w:w="4320"/>
          </w:tcPr>
          <w:p>
            <w:r>
              <w:t>Railroad District only — working priced exterior $84,680.59; City match at half would be about $42,340; graffiti wash still open</w:t>
            </w:r>
          </w:p>
        </w:tc>
      </w:tr>
      <w:tr>
        <w:tc>
          <w:tcPr>
            <w:tcW w:type="dxa" w:w="4320"/>
          </w:tcPr>
          <w:p>
            <w:r>
              <w:t>Total project financing</w:t>
            </w:r>
          </w:p>
        </w:tc>
        <w:tc>
          <w:tcPr>
            <w:tcW w:type="dxa" w:w="4320"/>
          </w:tcPr>
          <w:p>
            <w:r>
              <w:t>[Open — follows the completed cost worksheet]</w:t>
            </w:r>
          </w:p>
        </w:tc>
      </w:tr>
    </w:tbl>
    <w:p/>
    <w:p>
      <w:pPr>
        <w:pStyle w:val="Heading1"/>
      </w:pPr>
      <w:r>
        <w:t>Narrative — Description of Project</w:t>
      </w:r>
    </w:p>
    <w:p>
      <w:r>
        <w:rPr>
          <w:i/>
          <w:sz w:val="18"/>
        </w:rPr>
        <w:t>Form page 9, section 1</w:t>
      </w:r>
    </w:p>
    <w:p>
      <w:r>
        <w:t>Exterior restoration of the stone warehouse at 1316 Bozeman for Joshua Tree Cabinetry. Windows and filled openings; wells; rear barn doors (one filled with concrete); masonry where stone has deteriorated; gutters over the stonework only (not the entire building; not aluminum); ADA ramp $5,000; mural; graffiti wash; cyclist water and air. Overhead doors private. Basement not occupied. Full story is the separate narrative, not this form: Bring the light back .</w:t>
      </w:r>
    </w:p>
    <w:p>
      <w:r>
        <w:rPr>
          <w:i/>
        </w:rPr>
        <w:t>Working history from Diane’s three history files: Kleinschmidt and Brothers groceries and hardware about 1879–1896 (Theodore H. Kleinschmidt; warehouse as storage/distribution; maps 1880 and 1884). Then Helena’s grocery holding warehouse / Union Mercantile (her Union Mercantile file is a general September 1880 mercantile record — supporting color, not a tight deed). Nash-Finch was a later, short occupancy. October 1935: the State Liquor Warehouse next door shattered; this building stood. Capital Transfer &amp; Storage (Horne family, 1949–July 1 2026): three generations; Horne full-time 1971, brother 1974; eight people at close — that headcount is Horne’s old company, not Stephen’s. The State still owns that liquor-store parcel.</w:t>
      </w:r>
    </w:p>
    <w:p/>
    <w:p>
      <w:pPr>
        <w:pStyle w:val="Heading1"/>
      </w:pPr>
      <w:r>
        <w:t>Narrative — Compliance, Zoning, Demolition, Dislocation</w:t>
      </w:r>
    </w:p>
    <w:p>
      <w:r>
        <w:rPr>
          <w:i/>
          <w:sz w:val="18"/>
        </w:rPr>
        <w:t>Form page 9, section 1(a)–1(d)</w:t>
      </w:r>
    </w:p>
    <w:p>
      <w:r>
        <w:rPr>
          <w:b/>
        </w:rPr>
        <w:t xml:space="preserve">1.a Compliance with RURD Plan: </w:t>
      </w:r>
      <w:r>
        <w:t>Historic importance (Goal 1): openings reopened, mortar matched, mural restored, an interior display of the Kleinschmidt and Capital Transfer history. Use and function (Goal 2): a working shop replaces a closed warehouse. District economy (Goal 3): light industry allowed under CLM zoning; the shop already trains a high-school student in carpentry. Public infrastructure (Goal 5): sidewalk water spigot and cyclist air, no new water or sewer main. Public and environmental health (Goal 6): ADA ramp to code. See Attachment B.</w:t>
      </w:r>
    </w:p>
    <w:p>
      <w:r>
        <w:rPr>
          <w:b/>
        </w:rPr>
        <w:t xml:space="preserve">1.b Local zoning &amp; other requirements: </w:t>
      </w:r>
      <w:r>
        <w:t>CLM — Commercial Light Manufacturing. Joshua Tree Cabinetry's use complies. Scope: windows, filled openings, window wells, rear barn doors, overhead doors, masonry repointing, gutters over the stonework, and the ADA ramp. Mosaic Architecture has been asked for engineering standards; reply pending. Schematic and site photographs are attached.</w:t>
      </w:r>
    </w:p>
    <w:p>
      <w:r>
        <w:rPr>
          <w:b/>
        </w:rPr>
        <w:t xml:space="preserve">1.c Demolition / deconstruction: </w:t>
      </w:r>
      <w:r>
        <w:t>None. No structures are removed and no demolition is proposed.</w:t>
      </w:r>
    </w:p>
    <w:p>
      <w:r>
        <w:rPr>
          <w:b/>
        </w:rPr>
        <w:t xml:space="preserve">1.d Dislocation: </w:t>
      </w:r>
      <w:r>
        <w:t>None. No tenants live on the premises; no one is displaced.</w:t>
      </w:r>
    </w:p>
    <w:p/>
    <w:p>
      <w:pPr>
        <w:pStyle w:val="Heading1"/>
      </w:pPr>
      <w:r>
        <w:t>Narrative — Logistical Considerations</w:t>
      </w:r>
    </w:p>
    <w:p>
      <w:r>
        <w:rPr>
          <w:i/>
          <w:sz w:val="18"/>
        </w:rPr>
        <w:t>Form page 9, section 2</w:t>
      </w:r>
    </w:p>
    <w:p>
      <w:r>
        <w:rPr>
          <w:b/>
        </w:rPr>
        <w:t xml:space="preserve">Feasibility: </w:t>
      </w:r>
      <w:r>
        <w:t>About $28,000 already spent of his own, plus a home-equity line of up to $250,000 . The work in the photographs is already on the stone.</w:t>
      </w:r>
    </w:p>
    <w:p>
      <w:r>
        <w:rPr>
          <w:b/>
        </w:rPr>
        <w:t xml:space="preserve">Ability to perform: </w:t>
      </w:r>
      <w:r>
        <w:t>He is a cabinetmaker who has run a Helena shop for decades. Stone already revealed; office clapboard already restored. Licensed mason (Karson Klass) for the mortar, as the State requires. Local shops for glass and doors.</w:t>
      </w:r>
    </w:p>
    <w:p>
      <w:r>
        <w:rPr>
          <w:b/>
        </w:rPr>
        <w:t xml:space="preserve">Timely completion: </w:t>
      </w:r>
      <w:r>
        <w:t>Work begun in 2026; completion by the end of 2027 . Overhead doors quoted and approved (private deposit Sept 8, after filing).</w:t>
      </w:r>
    </w:p>
    <w:p>
      <w:r>
        <w:rPr>
          <w:b/>
        </w:rPr>
        <w:t xml:space="preserve">Taxes paid: </w:t>
      </w:r>
      <w:r>
        <w:t>Yes — 2025 taxes $12,716.16 paid and current.</w:t>
      </w:r>
    </w:p>
    <w:p/>
    <w:p>
      <w:pPr>
        <w:pStyle w:val="Heading1"/>
      </w:pPr>
      <w:r>
        <w:t>Narrative — Economic &amp; Community Development Potential</w:t>
      </w:r>
    </w:p>
    <w:p>
      <w:r>
        <w:rPr>
          <w:i/>
          <w:sz w:val="18"/>
        </w:rPr>
        <w:t>Form page 10, section 3 — mapped to the 10 measurable objectives</w:t>
      </w:r>
    </w:p>
    <w:tbl>
      <w:tblPr>
        <w:tblStyle w:val="LightGrid-Accent1"/>
        <w:tblW w:type="auto" w:w="0"/>
        <w:tblLook w:firstColumn="1" w:firstRow="1" w:lastColumn="0" w:lastRow="0" w:noHBand="0" w:noVBand="1" w:val="04A0"/>
      </w:tblPr>
      <w:tblGrid>
        <w:gridCol w:w="4320"/>
        <w:gridCol w:w="4320"/>
      </w:tblGrid>
      <w:tr>
        <w:tc>
          <w:tcPr>
            <w:tcW w:type="dxa" w:w="4320"/>
          </w:tcPr>
          <w:p>
            <w:r>
              <w:t>Objective</w:t>
            </w:r>
          </w:p>
        </w:tc>
        <w:tc>
          <w:tcPr>
            <w:tcW w:type="dxa" w:w="4320"/>
          </w:tcPr>
          <w:p>
            <w:r>
              <w:t>Answer (from the draft + research)</w:t>
            </w:r>
          </w:p>
        </w:tc>
      </w:tr>
      <w:tr>
        <w:tc>
          <w:tcPr>
            <w:tcW w:type="dxa" w:w="4320"/>
          </w:tcPr>
          <w:p>
            <w:r>
              <w:t>(a) Tax generation</w:t>
            </w:r>
          </w:p>
        </w:tc>
        <w:tc>
          <w:tcPr>
            <w:tcW w:type="dxa" w:w="4320"/>
          </w:tcPr>
          <w:p>
            <w:r>
              <w:t>A closed warehouse becomes a working shop. Customers, employees, and suppliers on Bozeman. Restoration contractors buy in the district. Market value $716,000, current.</w:t>
            </w:r>
          </w:p>
        </w:tc>
      </w:tr>
      <w:tr>
        <w:tc>
          <w:tcPr>
            <w:tcW w:type="dxa" w:w="4320"/>
          </w:tcPr>
          <w:p>
            <w:r>
              <w:t>(b) Public/private investment</w:t>
            </w:r>
          </w:p>
        </w:tc>
        <w:tc>
          <w:tcPr>
            <w:tcW w:type="dxa" w:w="4320"/>
          </w:tcPr>
          <w:p>
            <w:r>
              <w:t>About $28,000 already in, plus up to $250,000 on the home-equity line. Public money, if awarded, is asked only for the public face. Interior shop stays private.</w:t>
            </w:r>
          </w:p>
        </w:tc>
      </w:tr>
      <w:tr>
        <w:tc>
          <w:tcPr>
            <w:tcW w:type="dxa" w:w="4320"/>
          </w:tcPr>
          <w:p>
            <w:r>
              <w:t>(c) Job creation</w:t>
            </w:r>
          </w:p>
        </w:tc>
        <w:tc>
          <w:tcPr>
            <w:tcW w:type="dxa" w:w="4320"/>
          </w:tcPr>
          <w:p>
            <w:r>
              <w:t>[NEED two numbers from Stephen — people at Joshua Tree now, people planned at 1316.] Local contractors for the restoration. Do not guess.</w:t>
            </w:r>
          </w:p>
        </w:tc>
      </w:tr>
      <w:tr>
        <w:tc>
          <w:tcPr>
            <w:tcW w:type="dxa" w:w="4320"/>
          </w:tcPr>
          <w:p>
            <w:r>
              <w:t>(d) Investment spin-off</w:t>
            </w:r>
          </w:p>
        </w:tc>
        <w:tc>
          <w:tcPr>
            <w:tcW w:type="dxa" w:w="4320"/>
          </w:tcPr>
          <w:p>
            <w:r>
              <w:t>The stone is already visible again. The mural will be renewed. A cared-for building is the example other owners can see from the sidewalk.</w:t>
            </w:r>
          </w:p>
        </w:tc>
      </w:tr>
      <w:tr>
        <w:tc>
          <w:tcPr>
            <w:tcW w:type="dxa" w:w="4320"/>
          </w:tcPr>
          <w:p>
            <w:r>
              <w:t>(e) Cost-benefit</w:t>
            </w:r>
          </w:p>
        </w:tc>
        <w:tc>
          <w:tcPr>
            <w:tcW w:type="dxa" w:w="4320"/>
          </w:tcPr>
          <w:p>
            <w:r>
              <w:t>A modest public share of the exterior keeps a contributing warehouse in use, a craftsman on the street, and a piece of railroad Helena that can be read from the sidewalk.</w:t>
            </w:r>
          </w:p>
        </w:tc>
      </w:tr>
      <w:tr>
        <w:tc>
          <w:tcPr>
            <w:tcW w:type="dxa" w:w="4320"/>
          </w:tcPr>
          <w:p>
            <w:r>
              <w:t>(f) Health &amp; safety</w:t>
            </w:r>
          </w:p>
        </w:tc>
        <w:tc>
          <w:tcPr>
            <w:tcW w:type="dxa" w:w="4320"/>
          </w:tcPr>
          <w:p>
            <w:r>
              <w:t>Ordinary rehabilitation: some noise and dust for a few days. Wells and filled openings made sound. Gutters over the stonework shore up deterioration. Ramp meets ADA. Cyclists gain water and air.</w:t>
            </w:r>
          </w:p>
        </w:tc>
      </w:tr>
      <w:tr>
        <w:tc>
          <w:tcPr>
            <w:tcW w:type="dxa" w:w="4320"/>
          </w:tcPr>
          <w:p>
            <w:r>
              <w:t>(g) Historic preservation</w:t>
            </w:r>
          </w:p>
        </w:tc>
        <w:tc>
          <w:tcPr>
            <w:tcW w:type="dxa" w:w="4320"/>
          </w:tcPr>
          <w:p>
            <w:r>
              <w:t>Let the warehouse be seen as a warehouse again: stone pointed and protected, openings opened, industrial windows, barn doors working, mural kept. Historical Society maps in the interior display only with authorization.</w:t>
            </w:r>
          </w:p>
        </w:tc>
      </w:tr>
      <w:tr>
        <w:tc>
          <w:tcPr>
            <w:tcW w:type="dxa" w:w="4320"/>
          </w:tcPr>
          <w:p>
            <w:r>
              <w:t>(h) Density / infill / reuse</w:t>
            </w:r>
          </w:p>
        </w:tc>
        <w:tc>
          <w:tcPr>
            <w:tcW w:type="dxa" w:w="4320"/>
          </w:tcPr>
          <w:p>
            <w:r>
              <w:t>Reuse, not infill. No added density. No new structure. A warehouse becomes a cabinetry shop behind the same walls.</w:t>
            </w:r>
          </w:p>
        </w:tc>
      </w:tr>
      <w:tr>
        <w:tc>
          <w:tcPr>
            <w:tcW w:type="dxa" w:w="4320"/>
          </w:tcPr>
          <w:p>
            <w:r>
              <w:t>(i) Cost of public services</w:t>
            </w:r>
          </w:p>
        </w:tc>
        <w:tc>
          <w:tcPr>
            <w:tcW w:type="dxa" w:w="4320"/>
          </w:tcPr>
          <w:p>
            <w:r>
              <w:t>No new water/sewer or street work. Sidewalk spigot, tire air, mural, ramp — gifts on the existing public way.</w:t>
            </w:r>
          </w:p>
        </w:tc>
      </w:tr>
      <w:tr>
        <w:tc>
          <w:tcPr>
            <w:tcW w:type="dxa" w:w="4320"/>
          </w:tcPr>
          <w:p>
            <w:r>
              <w:t>(j) Housing</w:t>
            </w:r>
          </w:p>
        </w:tc>
        <w:tc>
          <w:tcPr>
            <w:tcW w:type="dxa" w:w="4320"/>
          </w:tcPr>
          <w:p>
            <w:r>
              <w:t>None proposed.</w:t>
            </w:r>
          </w:p>
        </w:tc>
      </w:tr>
      <w:tr>
        <w:tc>
          <w:tcPr>
            <w:tcW w:type="dxa" w:w="4320"/>
          </w:tcPr>
          <w:p>
            <w:r>
              <w:t>(k) Conformance (MCA 7-15-4288)</w:t>
            </w:r>
          </w:p>
        </w:tc>
        <w:tc>
          <w:tcPr>
            <w:tcW w:type="dxa" w:w="4320"/>
          </w:tcPr>
          <w:p>
            <w:r>
              <w:t>See section 3.k below — completed from the statute Diane provided.</w:t>
            </w:r>
          </w:p>
        </w:tc>
      </w:tr>
    </w:tbl>
    <w:p/>
    <w:p>
      <w:pPr>
        <w:pStyle w:val="Heading1"/>
      </w:pPr>
      <w:r>
        <w:t>Section 3.k — Conformance with Requirements for TIF Fund Expenditures (MCA 7-15-4288)</w:t>
      </w:r>
    </w:p>
    <w:p>
      <w:r>
        <w:rPr>
          <w:i/>
          <w:sz w:val="18"/>
        </w:rPr>
        <w:t>Form page 10 — Diane flagged this section and supplied the full statute; drafted here for her review</w:t>
      </w:r>
    </w:p>
    <w:p>
      <w:r>
        <w:t>The costs for which reimbursement is requested conform to the categories authorized by §7-15-4288, MCA, for expenditure of tax increment within an urban renewal area. Specifically: the window restoration, reopening of historically filled openings, masonry repointing, window-well repair, door restoration, and gutter work constitute improvement and rehabilitation of real property within the district and cure of blighted exterior conditions, consistent with §7-15-4288(1) and the redevelopment activities authorized under §7-15-4233, MCA; the extended ADA ramp serves accessibility and public safety ; and the sidewalk water spigot and cyclist air station are modest public improvements benefiting the district at large. The project lies inside the Railroad Urban Renewal District (Ordinance 3214; levy "TIF Rlrd URP" on the county tax card) and serves the adopted RURD Plan's goals of revitalization, private investment, job retention, and preservation of historic character. Interior shop build-out and business equipment are excluded from this request and are privately funded. No work for which reimbursement is sought will be paid before City approval, and each line item will be confirmed for eligibility with Community Development staff before the development agreement is executed.</w:t>
      </w:r>
    </w:p>
    <w:p>
      <w:r>
        <w:rPr>
          <w:i/>
        </w:rPr>
        <w:t>Line-by-line eligibility walk (each item marked Confirmed / Denied / Needs-more on the City call): see the eligibility map in the research folder.</w:t>
      </w:r>
    </w:p>
    <w:p/>
    <w:p>
      <w:r>
        <w:t>The short list to finish (Sunday night Aug 23): Stephen’s two headcount numbers · John Horne’s signature, phone, email, and lease · written $5,000 ramp quote in the packet · graffiti-wash bid (two spots, not the mural) · written window-quote extension (quotes die Aug 27; file Aug 28 — she hopes Aug 24). Settled: $750 cyclist air/water is matchable · Sept 8 overhead-door deposit is private and does not poison the match if the application is already in · Ellie is Diane’s City reviewer · Kleinschmidt / Union Mercantile as fact if she wants them · Stephen installs basement glass · Downtown HURD is out · man doors, panic bar, handicapped door off · basement is not a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